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Narrative podcast script template</w:t>
      </w:r>
    </w:p>
    <w:p>
      <w:pPr>
        <w:spacing w:after="240"/>
      </w:pPr>
      <w:r>
        <w:rPr>
          <w:b/>
          <w:color w:val="6548CF"/>
          <w:sz w:val="24"/>
        </w:rPr>
        <w:t>Narration scenes archive and sound design</w:t>
      </w:r>
    </w:p>
    <w:p>
      <w:pPr>
        <w:spacing w:after="280"/>
      </w:pPr>
      <w:r>
        <w:t>Coordinate what the narrator says, what the listener hears and what the editor must build in one document. Every sequence should create a question, consequence or change.</w:t>
      </w:r>
    </w:p>
    <w:p>
      <w:pPr>
        <w:spacing w:after="100"/>
      </w:pPr>
      <w:r>
        <w:rPr>
          <w:b/>
          <w:color w:val="17162A"/>
        </w:rPr>
        <w:t xml:space="preserve">Series: </w:t>
      </w:r>
      <w:r>
        <w:rPr>
          <w:color w:val="565065"/>
        </w:rPr>
        <w:t>[Complete]</w:t>
      </w:r>
    </w:p>
    <w:p>
      <w:pPr>
        <w:spacing w:after="100"/>
      </w:pPr>
      <w:r>
        <w:rPr>
          <w:b/>
          <w:color w:val="17162A"/>
        </w:rPr>
        <w:t xml:space="preserve">Episode: </w:t>
      </w:r>
      <w:r>
        <w:rPr>
          <w:color w:val="565065"/>
        </w:rPr>
        <w:t>[Complete]</w:t>
      </w:r>
    </w:p>
    <w:p>
      <w:pPr>
        <w:spacing w:after="100"/>
      </w:pPr>
      <w:r>
        <w:rPr>
          <w:b/>
          <w:color w:val="17162A"/>
        </w:rPr>
        <w:t xml:space="preserve">Narrative question: </w:t>
      </w:r>
      <w:r>
        <w:rPr>
          <w:color w:val="565065"/>
        </w:rPr>
        <w:t>[Complete]</w:t>
      </w:r>
    </w:p>
    <w:p>
      <w:pPr>
        <w:spacing w:after="100"/>
      </w:pPr>
      <w:r>
        <w:rPr>
          <w:b/>
          <w:color w:val="17162A"/>
        </w:rPr>
        <w:t xml:space="preserve">Primary sources: </w:t>
      </w:r>
      <w:r>
        <w:rPr>
          <w:color w:val="565065"/>
        </w:rPr>
        <w:t>[Complete]</w:t>
      </w:r>
    </w:p>
    <w:p>
      <w:pPr>
        <w:spacing w:after="100"/>
      </w:pPr>
      <w:r>
        <w:rPr>
          <w:b/>
          <w:color w:val="17162A"/>
        </w:rPr>
        <w:t xml:space="preserve">Media and licences: </w:t>
      </w:r>
      <w:r>
        <w:rPr>
          <w:color w:val="565065"/>
        </w:rPr>
        <w:t>[Complete]</w:t>
      </w:r>
    </w:p>
    <w:p>
      <w:pPr>
        <w:spacing w:after="100"/>
      </w:pPr>
      <w:r>
        <w:rPr>
          <w:b/>
          <w:color w:val="17162A"/>
        </w:rPr>
        <w:t xml:space="preserve">Version and date: </w:t>
      </w:r>
      <w:r>
        <w:rPr>
          <w:color w:val="565065"/>
        </w:rPr>
        <w:t>[Complete]</w:t>
      </w:r>
    </w:p>
    <w:p>
      <w:pPr>
        <w:pStyle w:val="Heading1"/>
      </w:pPr>
      <w:r>
        <w:t>Opening scene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Begin inside a specific situation.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0:00-1:30</w:t>
            </w:r>
          </w:p>
        </w:tc>
      </w:tr>
    </w:tbl>
    <w:p>
      <w:pPr>
        <w:pStyle w:val="ListBullet"/>
        <w:spacing w:after="100"/>
      </w:pPr>
      <w:r>
        <w:t>[AMBIENCE: place and duration]</w:t>
      </w:r>
    </w:p>
    <w:p>
      <w:pPr>
        <w:pStyle w:val="ListBullet"/>
        <w:spacing w:after="100"/>
      </w:pPr>
      <w:r>
        <w:t>[TAPE 01: identifier and final words]</w:t>
      </w:r>
    </w:p>
    <w:p>
      <w:pPr>
        <w:pStyle w:val="ListBullet"/>
        <w:spacing w:after="100"/>
      </w:pPr>
      <w:r>
        <w:t>Exact narration</w:t>
      </w:r>
    </w:p>
    <w:p>
      <w:pPr>
        <w:pStyle w:val="ListBullet"/>
        <w:spacing w:after="100"/>
      </w:pPr>
      <w:r>
        <w:t>Question that opens the story</w:t>
      </w:r>
    </w:p>
    <w:p>
      <w:pPr>
        <w:spacing w:before="60" w:after="200"/>
      </w:pPr>
      <w:r>
        <w:rPr>
          <w:i/>
          <w:color w:val="565065"/>
        </w:rPr>
        <w:t>[Write here]</w:t>
      </w:r>
    </w:p>
    <w:p>
      <w:pPr>
        <w:pStyle w:val="Heading1"/>
      </w:pPr>
      <w:r>
        <w:t>Context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Give only the information needed to understand the scene.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1:30-4:00</w:t>
            </w:r>
          </w:p>
        </w:tc>
      </w:tr>
    </w:tbl>
    <w:p>
      <w:pPr>
        <w:pStyle w:val="ListBullet"/>
        <w:spacing w:after="100"/>
      </w:pPr>
      <w:r>
        <w:t>Two verified facts</w:t>
      </w:r>
    </w:p>
    <w:p>
      <w:pPr>
        <w:pStyle w:val="ListBullet"/>
        <w:spacing w:after="100"/>
      </w:pPr>
      <w:r>
        <w:t>[ARCHIVE: in and out points]</w:t>
      </w:r>
    </w:p>
    <w:p>
      <w:pPr>
        <w:pStyle w:val="ListBullet"/>
        <w:spacing w:after="100"/>
      </w:pPr>
      <w:r>
        <w:t>Bridge to the first decision</w:t>
      </w:r>
    </w:p>
    <w:p>
      <w:pPr>
        <w:spacing w:before="60" w:after="200"/>
      </w:pPr>
      <w:r>
        <w:rPr>
          <w:i/>
          <w:color w:val="565065"/>
        </w:rPr>
        <w:t>[Write here]</w:t>
      </w:r>
    </w:p>
    <w:p>
      <w:pPr>
        <w:pStyle w:val="Heading1"/>
      </w:pPr>
      <w:r>
        <w:t>Central sequence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Alternate scene, evidence and consequence.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4:00-12:00</w:t>
            </w:r>
          </w:p>
        </w:tc>
      </w:tr>
    </w:tbl>
    <w:p>
      <w:pPr>
        <w:pStyle w:val="ListBullet"/>
        <w:spacing w:after="100"/>
      </w:pPr>
      <w:r>
        <w:t>Scene or tape</w:t>
      </w:r>
    </w:p>
    <w:p>
      <w:pPr>
        <w:pStyle w:val="ListBullet"/>
        <w:spacing w:after="100"/>
      </w:pPr>
      <w:r>
        <w:t>What it demonstrates</w:t>
      </w:r>
    </w:p>
    <w:p>
      <w:pPr>
        <w:pStyle w:val="ListBullet"/>
        <w:spacing w:after="100"/>
      </w:pPr>
      <w:r>
        <w:t>What changes</w:t>
      </w:r>
    </w:p>
    <w:p>
      <w:pPr>
        <w:pStyle w:val="ListBullet"/>
        <w:spacing w:after="100"/>
      </w:pPr>
      <w:r>
        <w:t>Question that drives the next sequence</w:t>
      </w:r>
    </w:p>
    <w:p>
      <w:pPr>
        <w:spacing w:before="60" w:after="200"/>
      </w:pPr>
      <w:r>
        <w:rPr>
          <w:i/>
          <w:color w:val="565065"/>
        </w:rPr>
        <w:t>[Write here]</w:t>
      </w:r>
    </w:p>
    <w:p>
      <w:pPr>
        <w:pStyle w:val="Heading1"/>
      </w:pPr>
      <w:r>
        <w:t>Turn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Present the fact that changes the interpretation.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12:00-14:00</w:t>
            </w:r>
          </w:p>
        </w:tc>
      </w:tr>
    </w:tbl>
    <w:p>
      <w:pPr>
        <w:pStyle w:val="ListBullet"/>
        <w:spacing w:after="100"/>
      </w:pPr>
      <w:r>
        <w:t>Exact narration of the turn</w:t>
      </w:r>
    </w:p>
    <w:p>
      <w:pPr>
        <w:pStyle w:val="ListBullet"/>
        <w:spacing w:after="100"/>
      </w:pPr>
      <w:r>
        <w:t>Tape that supports it</w:t>
      </w:r>
    </w:p>
    <w:p>
      <w:pPr>
        <w:pStyle w:val="ListBullet"/>
        <w:spacing w:after="100"/>
      </w:pPr>
      <w:r>
        <w:t>Required silence, music or ambience</w:t>
      </w:r>
    </w:p>
    <w:p>
      <w:pPr>
        <w:spacing w:before="60" w:after="200"/>
      </w:pPr>
      <w:r>
        <w:rPr>
          <w:i/>
          <w:color w:val="565065"/>
        </w:rPr>
        <w:t>[Write here]</w:t>
      </w:r>
    </w:p>
    <w:p>
      <w:pPr>
        <w:pStyle w:val="Heading1"/>
      </w:pPr>
      <w:r>
        <w:t>Exit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Resolve this sequence and open the next one.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14:00-15:00</w:t>
            </w:r>
          </w:p>
        </w:tc>
      </w:tr>
    </w:tbl>
    <w:p>
      <w:pPr>
        <w:pStyle w:val="ListBullet"/>
        <w:spacing w:after="100"/>
      </w:pPr>
      <w:r>
        <w:t>Consequence</w:t>
      </w:r>
    </w:p>
    <w:p>
      <w:pPr>
        <w:pStyle w:val="ListBullet"/>
        <w:spacing w:after="100"/>
      </w:pPr>
      <w:r>
        <w:t>Final idea</w:t>
      </w:r>
    </w:p>
    <w:p>
      <w:pPr>
        <w:pStyle w:val="ListBullet"/>
        <w:spacing w:after="100"/>
      </w:pPr>
      <w:r>
        <w:t>[MUSIC: in and out points]</w:t>
      </w:r>
    </w:p>
    <w:p>
      <w:pPr>
        <w:pStyle w:val="ListBullet"/>
        <w:spacing w:after="100"/>
      </w:pPr>
      <w:r>
        <w:t>Next-episode tease if appropriate</w:t>
      </w:r>
    </w:p>
    <w:p>
      <w:pPr>
        <w:spacing w:before="60" w:after="200"/>
      </w:pPr>
      <w:r>
        <w:rPr>
          <w:i/>
          <w:color w:val="565065"/>
        </w:rPr>
        <w:t>[Write here]</w:t>
      </w:r>
    </w:p>
    <w:p>
      <w:pPr>
        <w:pStyle w:val="Heading1"/>
      </w:pPr>
      <w:r>
        <w:t>Final checklist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48"/>
        <w:gridCol w:w="8280"/>
      </w:tblGrid>
      <w:tr>
        <w:trPr>
          <w:tblHeader w:val="true"/>
        </w:trPr>
        <w:tc>
          <w:tcPr>
            <w:tcW w:type="dxa" w:w="4939"/>
            <w:shd w:fill="17162A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OK</w:t>
            </w:r>
          </w:p>
        </w:tc>
        <w:tc>
          <w:tcPr>
            <w:tcW w:type="dxa" w:w="4939"/>
            <w:shd w:fill="17162A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jc w:val="left"/>
            </w:pPr>
            <w:r>
              <w:rPr>
                <w:b/>
                <w:color w:val="FFFFFF"/>
              </w:rPr>
              <w:t>Check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The episode promise appears early and guides every block.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r>
              <w:t>Names, dates, figures, quotations and pronunciations are verified.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The script was read aloud and allows natural breathing.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r>
              <w:t>Every clip, music cue and ambience file exists and is licensed.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Each block has a target time and an optional cut.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r>
              <w:t>Host, producer and editor are using this same dated version.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65065"/>
        <w:sz w:val="16"/>
      </w:rPr>
      <w:t>InfPodcast · infpodcast.com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ptos" w:hAnsi="Aptos"/>
      <w:color w:val="1716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Narrative podcast script template</dc:title>
  <dc:subject>Narration scenes archive and sound design</dc:subject>
  <dc:creator>InfPodcast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